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E92A2" w14:textId="77777777" w:rsidR="00675B8F" w:rsidRDefault="00000000">
      <w:pPr>
        <w:jc w:val="center"/>
        <w:rPr>
          <w:b/>
          <w:sz w:val="32"/>
        </w:rPr>
      </w:pPr>
      <w:r>
        <w:rPr>
          <w:b/>
          <w:sz w:val="32"/>
        </w:rPr>
        <w:t>Podmienky a pravidlá súťaže pre školy a škôlky</w:t>
      </w:r>
      <w:r>
        <w:rPr>
          <w:b/>
          <w:sz w:val="32"/>
        </w:rPr>
        <w:br/>
        <w:t>„</w:t>
      </w:r>
      <w:r w:rsidRPr="00675B8F">
        <w:rPr>
          <w:b/>
          <w:sz w:val="32"/>
          <w:lang w:val="sk-SK"/>
        </w:rPr>
        <w:t>Začnime piecť teraz</w:t>
      </w:r>
      <w:r w:rsidR="00675B8F" w:rsidRPr="00675B8F">
        <w:rPr>
          <w:b/>
          <w:sz w:val="32"/>
          <w:lang w:val="sk-SK"/>
        </w:rPr>
        <w:t>”</w:t>
      </w:r>
    </w:p>
    <w:p w14:paraId="18FFD74E" w14:textId="60316C42" w:rsidR="00726076" w:rsidRDefault="00000000">
      <w:pPr>
        <w:jc w:val="center"/>
      </w:pPr>
      <w:r>
        <w:rPr>
          <w:b/>
          <w:sz w:val="32"/>
        </w:rPr>
        <w:t xml:space="preserve"> s Petrou Tóthovou</w:t>
      </w:r>
      <w:r w:rsidR="00675B8F">
        <w:rPr>
          <w:b/>
          <w:sz w:val="32"/>
        </w:rPr>
        <w:t xml:space="preserve"> </w:t>
      </w:r>
    </w:p>
    <w:p w14:paraId="4ED4ABB1" w14:textId="618F2217" w:rsidR="00675B8F" w:rsidRPr="005062B3" w:rsidRDefault="00000000" w:rsidP="00675B8F">
      <w:pPr>
        <w:spacing w:after="0"/>
        <w:rPr>
          <w:rFonts w:ascii="Arial" w:hAnsi="Arial" w:cs="Arial"/>
          <w:lang w:val="sk-SK"/>
        </w:rPr>
      </w:pPr>
      <w:r>
        <w:br/>
      </w:r>
      <w:r w:rsidRPr="005062B3">
        <w:rPr>
          <w:rFonts w:ascii="Arial" w:hAnsi="Arial" w:cs="Arial"/>
          <w:lang w:val="sk-SK"/>
        </w:rPr>
        <w:t xml:space="preserve">1. </w:t>
      </w:r>
      <w:r w:rsidRPr="005062B3">
        <w:rPr>
          <w:rFonts w:ascii="Arial" w:hAnsi="Arial" w:cs="Arial"/>
          <w:b/>
          <w:bCs/>
          <w:lang w:val="sk-SK"/>
        </w:rPr>
        <w:t>Organizátor súťaže</w:t>
      </w:r>
      <w:r w:rsidRPr="005062B3">
        <w:rPr>
          <w:rFonts w:ascii="Arial" w:hAnsi="Arial" w:cs="Arial"/>
          <w:lang w:val="sk-SK"/>
        </w:rPr>
        <w:br/>
      </w:r>
      <w:r w:rsidR="004E7CD8" w:rsidRPr="005062B3">
        <w:rPr>
          <w:rFonts w:ascii="Arial" w:hAnsi="Arial" w:cs="Arial"/>
          <w:lang w:val="sk-SK"/>
        </w:rPr>
        <w:t>Organizátorom súťaže je Candie´s s.r.o., zastúpená Petrou Tóthovou (ďalej len „organizátor“).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Kontaktné údaje organizátora:</w:t>
      </w:r>
      <w:r w:rsidRPr="005062B3">
        <w:rPr>
          <w:rFonts w:ascii="Arial" w:hAnsi="Arial" w:cs="Arial"/>
          <w:lang w:val="sk-SK"/>
        </w:rPr>
        <w:br/>
        <w:t>- e-mail: info@petratothova.com</w:t>
      </w:r>
      <w:r w:rsidRPr="005062B3">
        <w:rPr>
          <w:rFonts w:ascii="Arial" w:hAnsi="Arial" w:cs="Arial"/>
          <w:lang w:val="sk-SK"/>
        </w:rPr>
        <w:br/>
        <w:t>- adresa:</w:t>
      </w:r>
      <w:r w:rsidR="00675B8F" w:rsidRPr="005062B3">
        <w:rPr>
          <w:rFonts w:ascii="Arial" w:hAnsi="Arial" w:cs="Arial"/>
          <w:lang w:val="sk-SK"/>
        </w:rPr>
        <w:t xml:space="preserve"> Lichnerova 39, 90301 Senec </w:t>
      </w:r>
      <w:r w:rsidRPr="005062B3">
        <w:rPr>
          <w:rFonts w:ascii="Arial" w:hAnsi="Arial" w:cs="Arial"/>
          <w:lang w:val="sk-SK"/>
        </w:rPr>
        <w:br/>
        <w:t xml:space="preserve">- IČO: </w:t>
      </w:r>
      <w:r w:rsidR="00675B8F" w:rsidRPr="005062B3">
        <w:rPr>
          <w:rFonts w:ascii="Arial" w:hAnsi="Arial" w:cs="Arial"/>
          <w:lang w:val="sk-SK"/>
        </w:rPr>
        <w:t>46 498 095</w:t>
      </w:r>
      <w:r w:rsidRPr="005062B3">
        <w:rPr>
          <w:rFonts w:ascii="Arial" w:hAnsi="Arial" w:cs="Arial"/>
          <w:lang w:val="sk-SK"/>
        </w:rPr>
        <w:br/>
        <w:t xml:space="preserve">- DIČ: </w:t>
      </w:r>
      <w:r w:rsidR="00675B8F" w:rsidRPr="005062B3">
        <w:rPr>
          <w:rFonts w:ascii="Arial" w:hAnsi="Arial" w:cs="Arial"/>
          <w:lang w:val="sk-SK"/>
        </w:rPr>
        <w:t>2023411841</w:t>
      </w:r>
    </w:p>
    <w:p w14:paraId="1D00804E" w14:textId="12A07C85" w:rsidR="00675B8F" w:rsidRPr="005062B3" w:rsidRDefault="00675B8F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-IČO DPH : SK2023411841</w:t>
      </w:r>
    </w:p>
    <w:p w14:paraId="7D3ED388" w14:textId="77777777" w:rsidR="004E7CD8" w:rsidRPr="005062B3" w:rsidRDefault="00675B8F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 xml:space="preserve">-Zapísané: Odd. Sro, vl. č. 78674/B 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 xml:space="preserve">2. </w:t>
      </w:r>
      <w:r w:rsidRPr="005062B3">
        <w:rPr>
          <w:rFonts w:ascii="Arial" w:hAnsi="Arial" w:cs="Arial"/>
          <w:b/>
          <w:bCs/>
          <w:lang w:val="sk-SK"/>
        </w:rPr>
        <w:t>Názov súťaže</w:t>
      </w:r>
      <w:r w:rsidRPr="005062B3">
        <w:rPr>
          <w:rFonts w:ascii="Arial" w:hAnsi="Arial" w:cs="Arial"/>
          <w:lang w:val="sk-SK"/>
        </w:rPr>
        <w:br/>
        <w:t>„Začnime piecť teraz“ s Petrou Tóthovou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 xml:space="preserve">3. </w:t>
      </w:r>
      <w:r w:rsidRPr="005062B3">
        <w:rPr>
          <w:rFonts w:ascii="Arial" w:hAnsi="Arial" w:cs="Arial"/>
          <w:b/>
          <w:bCs/>
          <w:lang w:val="sk-SK"/>
        </w:rPr>
        <w:t>Trvanie súťaže</w:t>
      </w:r>
      <w:r w:rsidRPr="005062B3">
        <w:rPr>
          <w:rFonts w:ascii="Arial" w:hAnsi="Arial" w:cs="Arial"/>
          <w:lang w:val="sk-SK"/>
        </w:rPr>
        <w:br/>
        <w:t>Súťaž prebieha od 25.5.2026 do 3. 7. 2026 vrátane.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Do súťaže budú zaradené iba objednávky, ktoré budú:</w:t>
      </w:r>
      <w:r w:rsidRPr="005062B3">
        <w:rPr>
          <w:rFonts w:ascii="Arial" w:hAnsi="Arial" w:cs="Arial"/>
          <w:lang w:val="sk-SK"/>
        </w:rPr>
        <w:br/>
        <w:t>- riadne odoslané,</w:t>
      </w:r>
      <w:r w:rsidRPr="005062B3">
        <w:rPr>
          <w:rFonts w:ascii="Arial" w:hAnsi="Arial" w:cs="Arial"/>
          <w:lang w:val="sk-SK"/>
        </w:rPr>
        <w:br/>
        <w:t>- potvrdené organizátorom,</w:t>
      </w:r>
      <w:r w:rsidRPr="005062B3">
        <w:rPr>
          <w:rFonts w:ascii="Arial" w:hAnsi="Arial" w:cs="Arial"/>
          <w:lang w:val="sk-SK"/>
        </w:rPr>
        <w:br/>
        <w:t>- uhradené v lehote splatnosti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 xml:space="preserve">4. </w:t>
      </w:r>
      <w:r w:rsidRPr="005062B3">
        <w:rPr>
          <w:rFonts w:ascii="Arial" w:hAnsi="Arial" w:cs="Arial"/>
          <w:b/>
          <w:bCs/>
          <w:lang w:val="sk-SK"/>
        </w:rPr>
        <w:t>Územná pôsobnosť súťaže</w:t>
      </w:r>
      <w:r w:rsidRPr="005062B3">
        <w:rPr>
          <w:rFonts w:ascii="Arial" w:hAnsi="Arial" w:cs="Arial"/>
          <w:lang w:val="sk-SK"/>
        </w:rPr>
        <w:br/>
        <w:t>Súťaž prebieha na území Slovenskej republiky.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 xml:space="preserve">5. </w:t>
      </w:r>
      <w:r w:rsidRPr="005062B3">
        <w:rPr>
          <w:rFonts w:ascii="Arial" w:hAnsi="Arial" w:cs="Arial"/>
          <w:b/>
          <w:bCs/>
          <w:lang w:val="sk-SK"/>
        </w:rPr>
        <w:t>Charakter súťaže</w:t>
      </w:r>
      <w:r w:rsidRPr="005062B3">
        <w:rPr>
          <w:rFonts w:ascii="Arial" w:hAnsi="Arial" w:cs="Arial"/>
          <w:lang w:val="sk-SK"/>
        </w:rPr>
        <w:br/>
        <w:t>Súťaž nie je hazardnou hrou podľa zákona č. 30/2019 Z. z. o hazardných hrách, keďže výhercovia nie sú určovaní náhodným žrebovaním, ale na základe splnenia podmienok súťaže a hodnotenia organizátorom.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 xml:space="preserve">6. </w:t>
      </w:r>
      <w:r w:rsidRPr="005062B3">
        <w:rPr>
          <w:rFonts w:ascii="Arial" w:hAnsi="Arial" w:cs="Arial"/>
          <w:b/>
          <w:bCs/>
          <w:lang w:val="sk-SK"/>
        </w:rPr>
        <w:t>Kto sa môže zapojiť</w:t>
      </w:r>
      <w:r w:rsidRPr="005062B3">
        <w:rPr>
          <w:rFonts w:ascii="Arial" w:hAnsi="Arial" w:cs="Arial"/>
          <w:lang w:val="sk-SK"/>
        </w:rPr>
        <w:br/>
        <w:t>Do súťaže sa môžu zapojiť všetky:</w:t>
      </w:r>
      <w:r w:rsidRPr="005062B3">
        <w:rPr>
          <w:rFonts w:ascii="Arial" w:hAnsi="Arial" w:cs="Arial"/>
          <w:lang w:val="sk-SK"/>
        </w:rPr>
        <w:br/>
        <w:t>- materské školy,</w:t>
      </w:r>
      <w:r w:rsidRPr="005062B3">
        <w:rPr>
          <w:rFonts w:ascii="Arial" w:hAnsi="Arial" w:cs="Arial"/>
          <w:lang w:val="sk-SK"/>
        </w:rPr>
        <w:br/>
        <w:t>- základné školy,</w:t>
      </w:r>
      <w:r w:rsidRPr="005062B3">
        <w:rPr>
          <w:rFonts w:ascii="Arial" w:hAnsi="Arial" w:cs="Arial"/>
          <w:lang w:val="sk-SK"/>
        </w:rPr>
        <w:br/>
        <w:t>- spojené školy,</w:t>
      </w:r>
      <w:r w:rsidRPr="005062B3">
        <w:rPr>
          <w:rFonts w:ascii="Arial" w:hAnsi="Arial" w:cs="Arial"/>
          <w:lang w:val="sk-SK"/>
        </w:rPr>
        <w:br/>
        <w:t>-</w:t>
      </w:r>
      <w:r w:rsidR="00A20FCA" w:rsidRPr="005062B3">
        <w:rPr>
          <w:rFonts w:ascii="Arial" w:hAnsi="Arial" w:cs="Arial"/>
          <w:lang w:val="sk-SK"/>
        </w:rPr>
        <w:t>všetky ostatné</w:t>
      </w:r>
      <w:r w:rsidRPr="005062B3">
        <w:rPr>
          <w:rFonts w:ascii="Arial" w:hAnsi="Arial" w:cs="Arial"/>
          <w:lang w:val="sk-SK"/>
        </w:rPr>
        <w:t xml:space="preserve"> školské zariadenia</w:t>
      </w:r>
    </w:p>
    <w:p w14:paraId="0DCE10FB" w14:textId="77777777" w:rsidR="004E7CD8" w:rsidRPr="005062B3" w:rsidRDefault="004E7CD8" w:rsidP="00675B8F">
      <w:pPr>
        <w:spacing w:after="0"/>
        <w:rPr>
          <w:rFonts w:ascii="Arial" w:hAnsi="Arial" w:cs="Arial"/>
          <w:lang w:val="sk-SK"/>
        </w:rPr>
      </w:pPr>
    </w:p>
    <w:p w14:paraId="09D7DEA5" w14:textId="00046CA6" w:rsidR="0007671F" w:rsidRPr="005062B3" w:rsidRDefault="004E7CD8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ďalej len („zariadenia“) so sídlom na území Slovenskej republiky.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Každ</w:t>
      </w:r>
      <w:r w:rsidR="00A20FCA" w:rsidRPr="005062B3">
        <w:rPr>
          <w:rFonts w:ascii="Arial" w:hAnsi="Arial" w:cs="Arial"/>
          <w:lang w:val="sk-SK"/>
        </w:rPr>
        <w:t>é zariadenie môže</w:t>
      </w:r>
      <w:r w:rsidRPr="005062B3">
        <w:rPr>
          <w:rFonts w:ascii="Arial" w:hAnsi="Arial" w:cs="Arial"/>
          <w:lang w:val="sk-SK"/>
        </w:rPr>
        <w:t xml:space="preserve"> byť do súťaže zaraden</w:t>
      </w:r>
      <w:r w:rsidR="002D215F" w:rsidRPr="005062B3">
        <w:rPr>
          <w:rFonts w:ascii="Arial" w:hAnsi="Arial" w:cs="Arial"/>
          <w:lang w:val="sk-SK"/>
        </w:rPr>
        <w:t>é</w:t>
      </w:r>
      <w:r w:rsidRPr="005062B3">
        <w:rPr>
          <w:rFonts w:ascii="Arial" w:hAnsi="Arial" w:cs="Arial"/>
          <w:lang w:val="sk-SK"/>
        </w:rPr>
        <w:t xml:space="preserve"> iba raz.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 xml:space="preserve">7. </w:t>
      </w:r>
      <w:r w:rsidRPr="005062B3">
        <w:rPr>
          <w:rFonts w:ascii="Arial" w:hAnsi="Arial" w:cs="Arial"/>
          <w:b/>
          <w:bCs/>
          <w:lang w:val="sk-SK"/>
        </w:rPr>
        <w:t>Podmienky zapojenia do súťaže</w:t>
      </w:r>
      <w:r w:rsidRPr="005062B3">
        <w:rPr>
          <w:rFonts w:ascii="Arial" w:hAnsi="Arial" w:cs="Arial"/>
          <w:lang w:val="sk-SK"/>
        </w:rPr>
        <w:br/>
        <w:t>Podmienkou zapojenia do súťaže je:</w:t>
      </w:r>
      <w:r w:rsidRPr="005062B3">
        <w:rPr>
          <w:rFonts w:ascii="Arial" w:hAnsi="Arial" w:cs="Arial"/>
          <w:lang w:val="sk-SK"/>
        </w:rPr>
        <w:br/>
        <w:t>1. vyplnenie objednávkového formulára</w:t>
      </w:r>
      <w:r w:rsidR="00675B8F" w:rsidRPr="005062B3">
        <w:rPr>
          <w:rFonts w:ascii="Arial" w:hAnsi="Arial" w:cs="Arial"/>
          <w:lang w:val="sk-SK"/>
        </w:rPr>
        <w:t xml:space="preserve"> na www.petratothova.com</w:t>
      </w:r>
      <w:r w:rsidRPr="005062B3">
        <w:rPr>
          <w:rFonts w:ascii="Arial" w:hAnsi="Arial" w:cs="Arial"/>
          <w:lang w:val="sk-SK"/>
        </w:rPr>
        <w:br/>
        <w:t xml:space="preserve">2. objednanie </w:t>
      </w:r>
      <w:r w:rsidR="0007671F" w:rsidRPr="005062B3">
        <w:rPr>
          <w:rFonts w:ascii="Arial" w:hAnsi="Arial" w:cs="Arial"/>
          <w:lang w:val="sk-SK"/>
        </w:rPr>
        <w:t xml:space="preserve">knihy „Začnime piecť teraz“, </w:t>
      </w:r>
      <w:r w:rsidRPr="005062B3">
        <w:rPr>
          <w:rFonts w:ascii="Arial" w:hAnsi="Arial" w:cs="Arial"/>
          <w:lang w:val="sk-SK"/>
        </w:rPr>
        <w:t>minimálne 50 ks</w:t>
      </w:r>
      <w:r w:rsidR="0007671F" w:rsidRPr="005062B3">
        <w:rPr>
          <w:rFonts w:ascii="Arial" w:hAnsi="Arial" w:cs="Arial"/>
          <w:lang w:val="sk-SK"/>
        </w:rPr>
        <w:t xml:space="preserve"> alebo 20% z celkového počtu detí</w:t>
      </w:r>
      <w:r w:rsidR="002D215F" w:rsidRPr="005062B3">
        <w:rPr>
          <w:rFonts w:ascii="Arial" w:hAnsi="Arial" w:cs="Arial"/>
          <w:lang w:val="sk-SK"/>
        </w:rPr>
        <w:t xml:space="preserve"> zariadenia</w:t>
      </w:r>
      <w:r w:rsidR="0007671F" w:rsidRPr="005062B3">
        <w:rPr>
          <w:rFonts w:ascii="Arial" w:hAnsi="Arial" w:cs="Arial"/>
          <w:lang w:val="sk-SK"/>
        </w:rPr>
        <w:t>,</w:t>
      </w:r>
      <w:r w:rsidR="002D215F" w:rsidRPr="005062B3">
        <w:rPr>
          <w:rFonts w:ascii="Arial" w:hAnsi="Arial" w:cs="Arial"/>
          <w:lang w:val="sk-SK"/>
        </w:rPr>
        <w:t xml:space="preserve"> podľa toho, ktorá hodnota bude nižšia.</w:t>
      </w:r>
      <w:r w:rsidR="0007671F" w:rsidRPr="005062B3">
        <w:rPr>
          <w:rFonts w:ascii="Arial" w:hAnsi="Arial" w:cs="Arial"/>
          <w:lang w:val="sk-SK"/>
        </w:rPr>
        <w:t xml:space="preserve"> </w:t>
      </w:r>
      <w:r w:rsidRPr="005062B3">
        <w:rPr>
          <w:rFonts w:ascii="Arial" w:hAnsi="Arial" w:cs="Arial"/>
          <w:lang w:val="sk-SK"/>
        </w:rPr>
        <w:t xml:space="preserve"> </w:t>
      </w:r>
    </w:p>
    <w:p w14:paraId="7E604D0F" w14:textId="77777777" w:rsidR="002D215F" w:rsidRPr="005062B3" w:rsidRDefault="00000000" w:rsidP="002D215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3. úhrada objednávky v lehote splatnosti,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Odoslaním objednávky škola alebo škôlka zároveň potvrdzuje, že objednávka bola schválená oprávnenou osobou alebo vedením školy.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 xml:space="preserve">8. </w:t>
      </w:r>
      <w:r w:rsidRPr="005062B3">
        <w:rPr>
          <w:rFonts w:ascii="Arial" w:hAnsi="Arial" w:cs="Arial"/>
          <w:b/>
          <w:bCs/>
          <w:lang w:val="sk-SK"/>
        </w:rPr>
        <w:t>Predobjednávka a termín dodania</w:t>
      </w:r>
      <w:r w:rsidRPr="005062B3">
        <w:rPr>
          <w:rFonts w:ascii="Arial" w:hAnsi="Arial" w:cs="Arial"/>
          <w:lang w:val="sk-SK"/>
        </w:rPr>
        <w:br/>
        <w:t>Predmetom objednávky je predobjednávka knihy „Začnime piecť teraz“.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Predpokladaný termín odosielania kníh je od konca augusta 2026</w:t>
      </w:r>
      <w:r w:rsidR="004E7CD8" w:rsidRPr="005062B3">
        <w:rPr>
          <w:rFonts w:ascii="Arial" w:hAnsi="Arial" w:cs="Arial"/>
          <w:lang w:val="sk-SK"/>
        </w:rPr>
        <w:t xml:space="preserve"> po ich plánovanom vytlačení v auguste</w:t>
      </w:r>
      <w:r w:rsidR="0007671F" w:rsidRPr="005062B3">
        <w:rPr>
          <w:rFonts w:ascii="Arial" w:hAnsi="Arial" w:cs="Arial"/>
          <w:lang w:val="sk-SK"/>
        </w:rPr>
        <w:t>.</w:t>
      </w:r>
      <w:r w:rsidRPr="005062B3">
        <w:rPr>
          <w:rFonts w:ascii="Arial" w:hAnsi="Arial" w:cs="Arial"/>
          <w:lang w:val="sk-SK"/>
        </w:rPr>
        <w:t xml:space="preserve"> </w:t>
      </w:r>
      <w:r w:rsidR="0007671F" w:rsidRPr="005062B3">
        <w:rPr>
          <w:rFonts w:ascii="Arial" w:hAnsi="Arial" w:cs="Arial"/>
          <w:lang w:val="sk-SK"/>
        </w:rPr>
        <w:t>D</w:t>
      </w:r>
      <w:r w:rsidRPr="005062B3">
        <w:rPr>
          <w:rFonts w:ascii="Arial" w:hAnsi="Arial" w:cs="Arial"/>
          <w:lang w:val="sk-SK"/>
        </w:rPr>
        <w:t>oručovanie bude prebiehať priebežne počas</w:t>
      </w:r>
      <w:r w:rsidR="002D215F" w:rsidRPr="005062B3">
        <w:rPr>
          <w:rFonts w:ascii="Arial" w:hAnsi="Arial" w:cs="Arial"/>
          <w:lang w:val="sk-SK"/>
        </w:rPr>
        <w:t xml:space="preserve"> </w:t>
      </w:r>
      <w:r w:rsidRPr="005062B3">
        <w:rPr>
          <w:rFonts w:ascii="Arial" w:hAnsi="Arial" w:cs="Arial"/>
          <w:lang w:val="sk-SK"/>
        </w:rPr>
        <w:t>mesiaca september 2026.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 xml:space="preserve">9. </w:t>
      </w:r>
      <w:r w:rsidRPr="005062B3">
        <w:rPr>
          <w:rFonts w:ascii="Arial" w:hAnsi="Arial" w:cs="Arial"/>
          <w:b/>
          <w:bCs/>
          <w:lang w:val="sk-SK"/>
        </w:rPr>
        <w:t>Spôsob hodnotenia</w:t>
      </w:r>
      <w:r w:rsidRPr="005062B3">
        <w:rPr>
          <w:rFonts w:ascii="Arial" w:hAnsi="Arial" w:cs="Arial"/>
          <w:lang w:val="sk-SK"/>
        </w:rPr>
        <w:br/>
      </w:r>
      <w:r w:rsidR="002D215F" w:rsidRPr="005062B3">
        <w:rPr>
          <w:rFonts w:ascii="Arial" w:hAnsi="Arial" w:cs="Arial"/>
          <w:lang w:val="sk-SK"/>
        </w:rPr>
        <w:t>Výsledné poradie škôl bude určené na základe hodnotiaceho skóre, ktoré zohľadňuje:</w:t>
      </w:r>
    </w:p>
    <w:p w14:paraId="4F794371" w14:textId="77777777" w:rsidR="002D215F" w:rsidRPr="005062B3" w:rsidRDefault="002D215F" w:rsidP="002D215F">
      <w:pPr>
        <w:numPr>
          <w:ilvl w:val="0"/>
          <w:numId w:val="13"/>
        </w:num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 xml:space="preserve">počet objednaných kníh, </w:t>
      </w:r>
    </w:p>
    <w:p w14:paraId="7A1D1DCA" w14:textId="77777777" w:rsidR="002D215F" w:rsidRPr="005062B3" w:rsidRDefault="002D215F" w:rsidP="002D215F">
      <w:pPr>
        <w:numPr>
          <w:ilvl w:val="0"/>
          <w:numId w:val="13"/>
        </w:num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 xml:space="preserve">pomer objednaných kníh k počtu detí alebo žiakov zariadenia, </w:t>
      </w:r>
    </w:p>
    <w:p w14:paraId="4A0CC31F" w14:textId="77777777" w:rsidR="002D215F" w:rsidRPr="005062B3" w:rsidRDefault="002D215F" w:rsidP="002D215F">
      <w:pPr>
        <w:numPr>
          <w:ilvl w:val="0"/>
          <w:numId w:val="13"/>
        </w:num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a veľkosť zariadenia.</w:t>
      </w:r>
    </w:p>
    <w:p w14:paraId="07AF06F7" w14:textId="66A65619" w:rsidR="004E7CD8" w:rsidRPr="005062B3" w:rsidRDefault="00000000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 xml:space="preserve">10. </w:t>
      </w:r>
      <w:r w:rsidRPr="005062B3">
        <w:rPr>
          <w:rFonts w:ascii="Arial" w:hAnsi="Arial" w:cs="Arial"/>
          <w:b/>
          <w:bCs/>
          <w:lang w:val="sk-SK"/>
        </w:rPr>
        <w:t>Výhercovia súťaže</w:t>
      </w:r>
      <w:r w:rsidRPr="005062B3">
        <w:rPr>
          <w:rFonts w:ascii="Arial" w:hAnsi="Arial" w:cs="Arial"/>
          <w:lang w:val="sk-SK"/>
        </w:rPr>
        <w:br/>
        <w:t xml:space="preserve">Organizátor vyberie minimálne </w:t>
      </w:r>
      <w:r w:rsidR="001F10C9" w:rsidRPr="005062B3">
        <w:rPr>
          <w:rFonts w:ascii="Arial" w:hAnsi="Arial" w:cs="Arial"/>
          <w:b/>
          <w:bCs/>
          <w:lang w:val="sk-SK"/>
        </w:rPr>
        <w:t>24</w:t>
      </w:r>
      <w:r w:rsidRPr="005062B3">
        <w:rPr>
          <w:rFonts w:ascii="Arial" w:hAnsi="Arial" w:cs="Arial"/>
          <w:lang w:val="sk-SK"/>
        </w:rPr>
        <w:t xml:space="preserve"> výherných </w:t>
      </w:r>
      <w:r w:rsidR="001F10C9" w:rsidRPr="005062B3">
        <w:rPr>
          <w:rFonts w:ascii="Arial" w:hAnsi="Arial" w:cs="Arial"/>
          <w:lang w:val="sk-SK"/>
        </w:rPr>
        <w:t>zariadení</w:t>
      </w:r>
      <w:r w:rsidR="004E7CD8" w:rsidRPr="005062B3">
        <w:rPr>
          <w:rFonts w:ascii="Arial" w:hAnsi="Arial" w:cs="Arial"/>
          <w:lang w:val="sk-SK"/>
        </w:rPr>
        <w:t>:</w:t>
      </w:r>
    </w:p>
    <w:p w14:paraId="286AEE57" w14:textId="77777777" w:rsidR="004E7CD8" w:rsidRPr="005062B3" w:rsidRDefault="004E7CD8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-</w:t>
      </w:r>
      <w:r w:rsidR="001F10C9" w:rsidRPr="005062B3">
        <w:rPr>
          <w:rFonts w:ascii="Arial" w:hAnsi="Arial" w:cs="Arial"/>
          <w:lang w:val="sk-SK"/>
        </w:rPr>
        <w:t xml:space="preserve"> </w:t>
      </w:r>
      <w:r w:rsidR="001F10C9" w:rsidRPr="005062B3">
        <w:rPr>
          <w:rFonts w:ascii="Arial" w:hAnsi="Arial" w:cs="Arial"/>
          <w:b/>
          <w:bCs/>
          <w:lang w:val="sk-SK"/>
        </w:rPr>
        <w:t>12</w:t>
      </w:r>
      <w:r w:rsidR="001F10C9" w:rsidRPr="005062B3">
        <w:rPr>
          <w:rFonts w:ascii="Arial" w:hAnsi="Arial" w:cs="Arial"/>
          <w:lang w:val="sk-SK"/>
        </w:rPr>
        <w:t xml:space="preserve"> zariadení pre predvianočné pečenie v roku 2026. </w:t>
      </w:r>
    </w:p>
    <w:p w14:paraId="2BE2C842" w14:textId="558BF7FD" w:rsidR="001F10C9" w:rsidRPr="005062B3" w:rsidRDefault="004E7CD8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 xml:space="preserve">- </w:t>
      </w:r>
      <w:r w:rsidR="001F10C9" w:rsidRPr="005062B3">
        <w:rPr>
          <w:rFonts w:ascii="Arial" w:hAnsi="Arial" w:cs="Arial"/>
          <w:b/>
          <w:bCs/>
          <w:lang w:val="sk-SK"/>
        </w:rPr>
        <w:t>12</w:t>
      </w:r>
      <w:r w:rsidR="001F10C9" w:rsidRPr="005062B3">
        <w:rPr>
          <w:rFonts w:ascii="Arial" w:hAnsi="Arial" w:cs="Arial"/>
          <w:lang w:val="sk-SK"/>
        </w:rPr>
        <w:t xml:space="preserve"> zariadení pre predveľkonočné pečenie v roku 2027.  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 xml:space="preserve">11. </w:t>
      </w:r>
      <w:r w:rsidRPr="005062B3">
        <w:rPr>
          <w:rFonts w:ascii="Arial" w:hAnsi="Arial" w:cs="Arial"/>
          <w:b/>
          <w:bCs/>
          <w:lang w:val="sk-SK"/>
        </w:rPr>
        <w:t>Výhry</w:t>
      </w:r>
      <w:r w:rsidRPr="005062B3">
        <w:rPr>
          <w:rFonts w:ascii="Arial" w:hAnsi="Arial" w:cs="Arial"/>
          <w:lang w:val="sk-SK"/>
        </w:rPr>
        <w:br/>
        <w:t xml:space="preserve">Výherné </w:t>
      </w:r>
      <w:r w:rsidR="001F10C9" w:rsidRPr="005062B3">
        <w:rPr>
          <w:rFonts w:ascii="Arial" w:hAnsi="Arial" w:cs="Arial"/>
          <w:lang w:val="sk-SK"/>
        </w:rPr>
        <w:t>zariadenia</w:t>
      </w:r>
      <w:r w:rsidRPr="005062B3">
        <w:rPr>
          <w:rFonts w:ascii="Arial" w:hAnsi="Arial" w:cs="Arial"/>
          <w:lang w:val="sk-SK"/>
        </w:rPr>
        <w:t xml:space="preserve"> získajú:</w:t>
      </w:r>
      <w:r w:rsidRPr="005062B3">
        <w:rPr>
          <w:rFonts w:ascii="Arial" w:hAnsi="Arial" w:cs="Arial"/>
          <w:lang w:val="sk-SK"/>
        </w:rPr>
        <w:br/>
        <w:t>- zážitkové pečenie s Petrou Tóthovou</w:t>
      </w:r>
      <w:r w:rsidR="001F10C9" w:rsidRPr="005062B3">
        <w:rPr>
          <w:rFonts w:ascii="Arial" w:hAnsi="Arial" w:cs="Arial"/>
          <w:lang w:val="sk-SK"/>
        </w:rPr>
        <w:t xml:space="preserve"> v</w:t>
      </w:r>
      <w:r w:rsidR="002D215F" w:rsidRPr="005062B3">
        <w:rPr>
          <w:rFonts w:ascii="Arial" w:hAnsi="Arial" w:cs="Arial"/>
          <w:lang w:val="sk-SK"/>
        </w:rPr>
        <w:t> priestoroch výherného</w:t>
      </w:r>
      <w:r w:rsidR="001F10C9" w:rsidRPr="005062B3">
        <w:rPr>
          <w:rFonts w:ascii="Arial" w:hAnsi="Arial" w:cs="Arial"/>
          <w:lang w:val="sk-SK"/>
        </w:rPr>
        <w:t xml:space="preserve"> zariaden</w:t>
      </w:r>
      <w:r w:rsidR="002D215F" w:rsidRPr="005062B3">
        <w:rPr>
          <w:rFonts w:ascii="Arial" w:hAnsi="Arial" w:cs="Arial"/>
          <w:lang w:val="sk-SK"/>
        </w:rPr>
        <w:t>ia</w:t>
      </w:r>
      <w:r w:rsidRPr="005062B3">
        <w:rPr>
          <w:rFonts w:ascii="Arial" w:hAnsi="Arial" w:cs="Arial"/>
          <w:lang w:val="sk-SK"/>
        </w:rPr>
        <w:br/>
        <w:t>- osobn</w:t>
      </w:r>
      <w:r w:rsidR="002D215F" w:rsidRPr="005062B3">
        <w:rPr>
          <w:rFonts w:ascii="Arial" w:hAnsi="Arial" w:cs="Arial"/>
          <w:lang w:val="sk-SK"/>
        </w:rPr>
        <w:t>ú</w:t>
      </w:r>
      <w:r w:rsidRPr="005062B3">
        <w:rPr>
          <w:rFonts w:ascii="Arial" w:hAnsi="Arial" w:cs="Arial"/>
          <w:lang w:val="sk-SK"/>
        </w:rPr>
        <w:t xml:space="preserve"> </w:t>
      </w:r>
      <w:r w:rsidR="006F687A" w:rsidRPr="005062B3">
        <w:rPr>
          <w:rFonts w:ascii="Arial" w:hAnsi="Arial" w:cs="Arial"/>
          <w:lang w:val="sk-SK"/>
        </w:rPr>
        <w:t>návštev</w:t>
      </w:r>
      <w:r w:rsidR="003309E9" w:rsidRPr="005062B3">
        <w:rPr>
          <w:rFonts w:ascii="Arial" w:hAnsi="Arial" w:cs="Arial"/>
          <w:lang w:val="sk-SK"/>
        </w:rPr>
        <w:t>u</w:t>
      </w:r>
      <w:r w:rsidR="006F687A" w:rsidRPr="005062B3">
        <w:rPr>
          <w:rFonts w:ascii="Arial" w:hAnsi="Arial" w:cs="Arial"/>
          <w:lang w:val="sk-SK"/>
        </w:rPr>
        <w:t xml:space="preserve"> v</w:t>
      </w:r>
      <w:r w:rsidR="002D215F" w:rsidRPr="005062B3">
        <w:rPr>
          <w:rFonts w:ascii="Arial" w:hAnsi="Arial" w:cs="Arial"/>
          <w:lang w:val="sk-SK"/>
        </w:rPr>
        <w:t>ýherného</w:t>
      </w:r>
      <w:r w:rsidR="006F687A" w:rsidRPr="005062B3">
        <w:rPr>
          <w:rFonts w:ascii="Arial" w:hAnsi="Arial" w:cs="Arial"/>
          <w:lang w:val="sk-SK"/>
        </w:rPr>
        <w:t xml:space="preserve"> zariadenia</w:t>
      </w:r>
      <w:r w:rsidRPr="005062B3">
        <w:rPr>
          <w:rFonts w:ascii="Arial" w:hAnsi="Arial" w:cs="Arial"/>
          <w:lang w:val="sk-SK"/>
        </w:rPr>
        <w:br/>
        <w:t>- knihy s</w:t>
      </w:r>
      <w:r w:rsidR="001F10C9" w:rsidRPr="005062B3">
        <w:rPr>
          <w:rFonts w:ascii="Arial" w:hAnsi="Arial" w:cs="Arial"/>
          <w:lang w:val="sk-SK"/>
        </w:rPr>
        <w:t> </w:t>
      </w:r>
      <w:r w:rsidRPr="005062B3">
        <w:rPr>
          <w:rFonts w:ascii="Arial" w:hAnsi="Arial" w:cs="Arial"/>
          <w:lang w:val="sk-SK"/>
        </w:rPr>
        <w:t>podpisom</w:t>
      </w:r>
      <w:r w:rsidR="001F10C9" w:rsidRPr="005062B3">
        <w:rPr>
          <w:rFonts w:ascii="Arial" w:hAnsi="Arial" w:cs="Arial"/>
          <w:lang w:val="sk-SK"/>
        </w:rPr>
        <w:t xml:space="preserve"> pre vedenie školy a</w:t>
      </w:r>
      <w:r w:rsidR="002D215F" w:rsidRPr="005062B3">
        <w:rPr>
          <w:rFonts w:ascii="Arial" w:hAnsi="Arial" w:cs="Arial"/>
          <w:lang w:val="sk-SK"/>
        </w:rPr>
        <w:t> pedagogický personál</w:t>
      </w:r>
    </w:p>
    <w:p w14:paraId="26FDEF51" w14:textId="77777777" w:rsidR="006F687A" w:rsidRPr="005062B3" w:rsidRDefault="001F10C9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 xml:space="preserve">- </w:t>
      </w:r>
      <w:r w:rsidR="006F687A" w:rsidRPr="005062B3">
        <w:rPr>
          <w:rFonts w:ascii="Arial" w:hAnsi="Arial" w:cs="Arial"/>
          <w:lang w:val="sk-SK"/>
        </w:rPr>
        <w:t>f</w:t>
      </w:r>
      <w:r w:rsidRPr="005062B3">
        <w:rPr>
          <w:rFonts w:ascii="Arial" w:hAnsi="Arial" w:cs="Arial"/>
          <w:lang w:val="sk-SK"/>
        </w:rPr>
        <w:t>inančný príspevok 1 Eur z každej predanej knihy pre podporu aktivít zariadenia podľa vlastného uváženia</w:t>
      </w:r>
    </w:p>
    <w:p w14:paraId="0DFD2FDD" w14:textId="77777777" w:rsidR="006F687A" w:rsidRPr="005062B3" w:rsidRDefault="006F687A" w:rsidP="00675B8F">
      <w:pPr>
        <w:spacing w:after="0"/>
        <w:rPr>
          <w:rFonts w:ascii="Arial" w:hAnsi="Arial" w:cs="Arial"/>
          <w:lang w:val="sk-SK"/>
        </w:rPr>
      </w:pPr>
    </w:p>
    <w:p w14:paraId="60F805A4" w14:textId="28DD406E" w:rsidR="006F687A" w:rsidRPr="005062B3" w:rsidRDefault="006F687A" w:rsidP="006F687A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Výhry nie je možné:</w:t>
      </w:r>
    </w:p>
    <w:p w14:paraId="25FD5246" w14:textId="7895F689" w:rsidR="006F687A" w:rsidRPr="005062B3" w:rsidRDefault="006F687A" w:rsidP="006F687A">
      <w:pPr>
        <w:numPr>
          <w:ilvl w:val="0"/>
          <w:numId w:val="12"/>
        </w:num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 xml:space="preserve">vymeniť za finančnú hotovosť </w:t>
      </w:r>
    </w:p>
    <w:p w14:paraId="024A1E47" w14:textId="62A90905" w:rsidR="006F687A" w:rsidRPr="005062B3" w:rsidRDefault="006F687A" w:rsidP="006F687A">
      <w:pPr>
        <w:numPr>
          <w:ilvl w:val="0"/>
          <w:numId w:val="12"/>
        </w:num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previesť na inú osobu</w:t>
      </w:r>
      <w:r w:rsidR="00B454C0" w:rsidRPr="005062B3">
        <w:rPr>
          <w:rFonts w:ascii="Arial" w:hAnsi="Arial" w:cs="Arial"/>
          <w:lang w:val="sk-SK"/>
        </w:rPr>
        <w:t xml:space="preserve"> alebo zariadenie</w:t>
      </w:r>
    </w:p>
    <w:p w14:paraId="70782AE9" w14:textId="6B842465" w:rsidR="006F687A" w:rsidRPr="005062B3" w:rsidRDefault="006F687A" w:rsidP="006F687A">
      <w:pPr>
        <w:numPr>
          <w:ilvl w:val="0"/>
          <w:numId w:val="12"/>
        </w:num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ani právne vymáhať</w:t>
      </w:r>
    </w:p>
    <w:p w14:paraId="42FDDB34" w14:textId="2A90BB69" w:rsidR="002D215F" w:rsidRPr="005062B3" w:rsidRDefault="00584374" w:rsidP="006F687A">
      <w:pPr>
        <w:numPr>
          <w:ilvl w:val="0"/>
          <w:numId w:val="12"/>
        </w:num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o</w:t>
      </w:r>
      <w:r w:rsidR="002D215F" w:rsidRPr="005062B3">
        <w:rPr>
          <w:rFonts w:ascii="Arial" w:hAnsi="Arial" w:cs="Arial"/>
          <w:lang w:val="sk-SK"/>
        </w:rPr>
        <w:t>rganizátor si vyhradzuje právo nahradiť výhru obdobnou výhrou porovnateľnej hodnoty</w:t>
      </w:r>
    </w:p>
    <w:p w14:paraId="5BECA89E" w14:textId="52145725" w:rsidR="002D215F" w:rsidRPr="005062B3" w:rsidRDefault="00000000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br/>
        <w:t xml:space="preserve">12. </w:t>
      </w:r>
      <w:r w:rsidRPr="005062B3">
        <w:rPr>
          <w:rFonts w:ascii="Arial" w:hAnsi="Arial" w:cs="Arial"/>
          <w:b/>
          <w:bCs/>
          <w:lang w:val="sk-SK"/>
        </w:rPr>
        <w:t xml:space="preserve">Realizácia </w:t>
      </w:r>
      <w:r w:rsidR="006F687A" w:rsidRPr="005062B3">
        <w:rPr>
          <w:rFonts w:ascii="Arial" w:hAnsi="Arial" w:cs="Arial"/>
          <w:b/>
          <w:bCs/>
          <w:lang w:val="sk-SK"/>
        </w:rPr>
        <w:t xml:space="preserve">a podmienky </w:t>
      </w:r>
      <w:r w:rsidRPr="005062B3">
        <w:rPr>
          <w:rFonts w:ascii="Arial" w:hAnsi="Arial" w:cs="Arial"/>
          <w:b/>
          <w:bCs/>
          <w:lang w:val="sk-SK"/>
        </w:rPr>
        <w:t>zážitkového pečenia</w:t>
      </w:r>
      <w:r w:rsidRPr="005062B3">
        <w:rPr>
          <w:rFonts w:ascii="Arial" w:hAnsi="Arial" w:cs="Arial"/>
          <w:lang w:val="sk-SK"/>
        </w:rPr>
        <w:br/>
      </w:r>
      <w:r w:rsidR="002D215F" w:rsidRPr="005062B3">
        <w:rPr>
          <w:rFonts w:ascii="Arial" w:hAnsi="Arial" w:cs="Arial"/>
          <w:lang w:val="sk-SK"/>
        </w:rPr>
        <w:t>-</w:t>
      </w:r>
      <w:r w:rsidR="003309E9" w:rsidRPr="005062B3">
        <w:rPr>
          <w:rFonts w:ascii="Arial" w:hAnsi="Arial" w:cs="Arial"/>
          <w:lang w:val="sk-SK"/>
        </w:rPr>
        <w:t xml:space="preserve"> </w:t>
      </w:r>
      <w:r w:rsidRPr="005062B3">
        <w:rPr>
          <w:rFonts w:ascii="Arial" w:hAnsi="Arial" w:cs="Arial"/>
          <w:lang w:val="sk-SK"/>
        </w:rPr>
        <w:t>Termín</w:t>
      </w:r>
      <w:r w:rsidR="006F687A" w:rsidRPr="005062B3">
        <w:rPr>
          <w:rFonts w:ascii="Arial" w:hAnsi="Arial" w:cs="Arial"/>
          <w:lang w:val="sk-SK"/>
        </w:rPr>
        <w:t xml:space="preserve"> a podmienky </w:t>
      </w:r>
      <w:r w:rsidRPr="005062B3">
        <w:rPr>
          <w:rFonts w:ascii="Arial" w:hAnsi="Arial" w:cs="Arial"/>
          <w:lang w:val="sk-SK"/>
        </w:rPr>
        <w:t>zážitkového pečenia bude dohodnutý individuálne medzi organizátorom a</w:t>
      </w:r>
      <w:r w:rsidR="001F10C9" w:rsidRPr="005062B3">
        <w:rPr>
          <w:rFonts w:ascii="Arial" w:hAnsi="Arial" w:cs="Arial"/>
          <w:lang w:val="sk-SK"/>
        </w:rPr>
        <w:t> </w:t>
      </w:r>
      <w:r w:rsidRPr="005062B3">
        <w:rPr>
          <w:rFonts w:ascii="Arial" w:hAnsi="Arial" w:cs="Arial"/>
          <w:lang w:val="sk-SK"/>
        </w:rPr>
        <w:t>výhern</w:t>
      </w:r>
      <w:r w:rsidR="001F10C9" w:rsidRPr="005062B3">
        <w:rPr>
          <w:rFonts w:ascii="Arial" w:hAnsi="Arial" w:cs="Arial"/>
          <w:lang w:val="sk-SK"/>
        </w:rPr>
        <w:t>ým zariadením</w:t>
      </w:r>
      <w:r w:rsidRPr="005062B3">
        <w:rPr>
          <w:rFonts w:ascii="Arial" w:hAnsi="Arial" w:cs="Arial"/>
          <w:lang w:val="sk-SK"/>
        </w:rPr>
        <w:t>.</w:t>
      </w:r>
      <w:r w:rsidR="002D215F" w:rsidRPr="005062B3">
        <w:rPr>
          <w:rFonts w:ascii="Arial" w:hAnsi="Arial" w:cs="Arial"/>
          <w:lang w:val="sk-SK"/>
        </w:rPr>
        <w:t xml:space="preserve"> </w:t>
      </w:r>
    </w:p>
    <w:p w14:paraId="45FC70F8" w14:textId="77777777" w:rsidR="000B339E" w:rsidRPr="005062B3" w:rsidRDefault="002D215F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-</w:t>
      </w:r>
      <w:r w:rsidR="00B40420" w:rsidRPr="005062B3">
        <w:rPr>
          <w:lang w:val="sk-SK"/>
        </w:rPr>
        <w:t xml:space="preserve"> </w:t>
      </w:r>
      <w:r w:rsidR="00B40420" w:rsidRPr="005062B3">
        <w:rPr>
          <w:rFonts w:ascii="Arial" w:hAnsi="Arial" w:cs="Arial"/>
          <w:lang w:val="sk-SK"/>
        </w:rPr>
        <w:t>Pedagogický dozor nad deťmi počas podujatia zabezpečuje zariadenie.</w:t>
      </w:r>
    </w:p>
    <w:p w14:paraId="7F5D2B44" w14:textId="68DF4808" w:rsidR="002D215F" w:rsidRPr="005062B3" w:rsidRDefault="000B339E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- Výherné zariadenie zabezpečí vhodné priestory a ostatné podmienky potrebné na realizáciu zážitkového pečenia.</w:t>
      </w:r>
      <w:r w:rsidRPr="005062B3">
        <w:rPr>
          <w:rFonts w:ascii="Arial" w:hAnsi="Arial" w:cs="Arial"/>
          <w:lang w:val="sk-SK"/>
        </w:rPr>
        <w:br/>
      </w:r>
      <w:r w:rsidR="002D215F" w:rsidRPr="005062B3">
        <w:rPr>
          <w:rFonts w:ascii="Arial" w:hAnsi="Arial" w:cs="Arial"/>
          <w:lang w:val="sk-SK"/>
        </w:rPr>
        <w:t>-</w:t>
      </w:r>
      <w:r w:rsidR="00B40420" w:rsidRPr="005062B3">
        <w:rPr>
          <w:rFonts w:ascii="Arial" w:hAnsi="Arial" w:cs="Arial"/>
          <w:lang w:val="sk-SK"/>
        </w:rPr>
        <w:t xml:space="preserve"> </w:t>
      </w:r>
      <w:r w:rsidR="002D215F" w:rsidRPr="005062B3">
        <w:rPr>
          <w:rFonts w:ascii="Arial" w:hAnsi="Arial" w:cs="Arial"/>
          <w:lang w:val="sk-SK"/>
        </w:rPr>
        <w:t>Ak sa nepodarí dohodnúť termín realizácie do 6 mesiacov od oznámenia výsledkov súťaže, nárok na výhru zaniká bez nároku na náhradnú kompenzáciu.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1</w:t>
      </w:r>
      <w:r w:rsidR="00B40420" w:rsidRPr="005062B3">
        <w:rPr>
          <w:rFonts w:ascii="Arial" w:hAnsi="Arial" w:cs="Arial"/>
          <w:lang w:val="sk-SK"/>
        </w:rPr>
        <w:t>3</w:t>
      </w:r>
      <w:r w:rsidRPr="005062B3">
        <w:rPr>
          <w:rFonts w:ascii="Arial" w:hAnsi="Arial" w:cs="Arial"/>
          <w:lang w:val="sk-SK"/>
        </w:rPr>
        <w:t xml:space="preserve">. </w:t>
      </w:r>
      <w:r w:rsidRPr="005062B3">
        <w:rPr>
          <w:rFonts w:ascii="Arial" w:hAnsi="Arial" w:cs="Arial"/>
          <w:b/>
          <w:bCs/>
          <w:lang w:val="sk-SK"/>
        </w:rPr>
        <w:t>Oznámenie výsledkov</w:t>
      </w:r>
      <w:r w:rsidRPr="005062B3">
        <w:rPr>
          <w:rFonts w:ascii="Arial" w:hAnsi="Arial" w:cs="Arial"/>
          <w:lang w:val="sk-SK"/>
        </w:rPr>
        <w:br/>
        <w:t xml:space="preserve">Výsledky súťaže budú oznámené </w:t>
      </w:r>
      <w:r w:rsidR="001F10C9" w:rsidRPr="005062B3">
        <w:rPr>
          <w:rFonts w:ascii="Arial" w:hAnsi="Arial" w:cs="Arial"/>
          <w:lang w:val="sk-SK"/>
        </w:rPr>
        <w:t xml:space="preserve"> od 17.8. do 30.8</w:t>
      </w:r>
      <w:r w:rsidRPr="005062B3">
        <w:rPr>
          <w:rFonts w:ascii="Arial" w:hAnsi="Arial" w:cs="Arial"/>
          <w:lang w:val="sk-SK"/>
        </w:rPr>
        <w:t>. 2026</w:t>
      </w:r>
      <w:r w:rsidR="001F10C9" w:rsidRPr="005062B3">
        <w:rPr>
          <w:rFonts w:ascii="Arial" w:hAnsi="Arial" w:cs="Arial"/>
          <w:lang w:val="sk-SK"/>
        </w:rPr>
        <w:t>, telefonicky alebo e</w:t>
      </w:r>
      <w:r w:rsidR="00B40420" w:rsidRPr="005062B3">
        <w:rPr>
          <w:rFonts w:ascii="Arial" w:hAnsi="Arial" w:cs="Arial"/>
          <w:lang w:val="sk-SK"/>
        </w:rPr>
        <w:t>-</w:t>
      </w:r>
      <w:r w:rsidR="001F10C9" w:rsidRPr="005062B3">
        <w:rPr>
          <w:rFonts w:ascii="Arial" w:hAnsi="Arial" w:cs="Arial"/>
          <w:lang w:val="sk-SK"/>
        </w:rPr>
        <w:t xml:space="preserve">mailom. </w:t>
      </w:r>
    </w:p>
    <w:p w14:paraId="4FFA815A" w14:textId="13341A81" w:rsidR="002D215F" w:rsidRPr="005062B3" w:rsidRDefault="00000000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br/>
        <w:t>1</w:t>
      </w:r>
      <w:r w:rsidR="00B40420" w:rsidRPr="005062B3">
        <w:rPr>
          <w:rFonts w:ascii="Arial" w:hAnsi="Arial" w:cs="Arial"/>
          <w:lang w:val="sk-SK"/>
        </w:rPr>
        <w:t>4</w:t>
      </w:r>
      <w:r w:rsidRPr="005062B3">
        <w:rPr>
          <w:rFonts w:ascii="Arial" w:hAnsi="Arial" w:cs="Arial"/>
          <w:lang w:val="sk-SK"/>
        </w:rPr>
        <w:t xml:space="preserve">. </w:t>
      </w:r>
      <w:r w:rsidRPr="005062B3">
        <w:rPr>
          <w:rFonts w:ascii="Arial" w:hAnsi="Arial" w:cs="Arial"/>
          <w:b/>
          <w:bCs/>
          <w:lang w:val="sk-SK"/>
        </w:rPr>
        <w:t>Doprava a platobné podmienky</w:t>
      </w:r>
      <w:r w:rsidRPr="005062B3">
        <w:rPr>
          <w:rFonts w:ascii="Arial" w:hAnsi="Arial" w:cs="Arial"/>
          <w:lang w:val="sk-SK"/>
        </w:rPr>
        <w:br/>
        <w:t>Objednávky budú realizované prostredníctvom e-shopu organizátora</w:t>
      </w:r>
      <w:r w:rsidR="004E7CD8" w:rsidRPr="005062B3">
        <w:rPr>
          <w:rFonts w:ascii="Arial" w:hAnsi="Arial" w:cs="Arial"/>
          <w:lang w:val="sk-SK"/>
        </w:rPr>
        <w:t xml:space="preserve"> https://eshop.petratothova.com/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 xml:space="preserve">Cena knihy v rámci školskej predobjednávky je </w:t>
      </w:r>
      <w:r w:rsidRPr="005062B3">
        <w:rPr>
          <w:rFonts w:ascii="Arial" w:hAnsi="Arial" w:cs="Arial"/>
          <w:b/>
          <w:bCs/>
          <w:lang w:val="sk-SK"/>
        </w:rPr>
        <w:t>16,90 €</w:t>
      </w:r>
      <w:r w:rsidRPr="005062B3">
        <w:rPr>
          <w:rFonts w:ascii="Arial" w:hAnsi="Arial" w:cs="Arial"/>
          <w:lang w:val="sk-SK"/>
        </w:rPr>
        <w:t xml:space="preserve"> za kus.</w:t>
      </w:r>
      <w:r w:rsidR="001F10C9" w:rsidRPr="005062B3">
        <w:rPr>
          <w:rFonts w:ascii="Arial" w:hAnsi="Arial" w:cs="Arial"/>
          <w:lang w:val="sk-SK"/>
        </w:rPr>
        <w:t xml:space="preserve"> Maloobchodná cena bude </w:t>
      </w:r>
      <w:r w:rsidR="001F10C9" w:rsidRPr="005062B3">
        <w:rPr>
          <w:rFonts w:ascii="Arial" w:hAnsi="Arial" w:cs="Arial"/>
          <w:b/>
          <w:bCs/>
          <w:lang w:val="sk-SK"/>
        </w:rPr>
        <w:t xml:space="preserve">18,90 € </w:t>
      </w:r>
      <w:r w:rsidR="001F10C9" w:rsidRPr="005062B3">
        <w:rPr>
          <w:rFonts w:ascii="Arial" w:hAnsi="Arial" w:cs="Arial"/>
          <w:lang w:val="sk-SK"/>
        </w:rPr>
        <w:t>za kus.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Úhrada objednávky prebieha bezhotovostným prevodom na bankový účet</w:t>
      </w:r>
      <w:r w:rsidR="001F10C9" w:rsidRPr="005062B3">
        <w:rPr>
          <w:rFonts w:ascii="Arial" w:hAnsi="Arial" w:cs="Arial"/>
          <w:lang w:val="sk-SK"/>
        </w:rPr>
        <w:t xml:space="preserve"> uvedený na faktúre.</w:t>
      </w:r>
      <w:r w:rsidR="003309E9" w:rsidRPr="005062B3">
        <w:rPr>
          <w:rFonts w:ascii="Arial" w:hAnsi="Arial" w:cs="Arial"/>
          <w:lang w:val="sk-SK"/>
        </w:rPr>
        <w:t xml:space="preserve"> Faktúra bude vystavená na údaje uvedené na objednávke</w:t>
      </w:r>
      <w:r w:rsidR="005062B3">
        <w:rPr>
          <w:rFonts w:ascii="Arial" w:hAnsi="Arial" w:cs="Arial"/>
          <w:lang w:val="sk-SK"/>
        </w:rPr>
        <w:t xml:space="preserve"> so sumou </w:t>
      </w:r>
      <w:r w:rsidR="005062B3" w:rsidRPr="005062B3">
        <w:rPr>
          <w:rFonts w:ascii="Arial" w:hAnsi="Arial" w:cs="Arial"/>
          <w:b/>
          <w:bCs/>
          <w:lang w:val="sk-SK"/>
        </w:rPr>
        <w:t>1</w:t>
      </w:r>
      <w:r w:rsidR="005062B3">
        <w:rPr>
          <w:rFonts w:ascii="Arial" w:hAnsi="Arial" w:cs="Arial"/>
          <w:b/>
          <w:bCs/>
          <w:lang w:val="sk-SK"/>
        </w:rPr>
        <w:t>5</w:t>
      </w:r>
      <w:r w:rsidR="005062B3" w:rsidRPr="005062B3">
        <w:rPr>
          <w:rFonts w:ascii="Arial" w:hAnsi="Arial" w:cs="Arial"/>
          <w:b/>
          <w:bCs/>
          <w:lang w:val="sk-SK"/>
        </w:rPr>
        <w:t>,90 €</w:t>
      </w:r>
      <w:r w:rsidR="005062B3" w:rsidRPr="005062B3">
        <w:rPr>
          <w:rFonts w:ascii="Arial" w:hAnsi="Arial" w:cs="Arial"/>
          <w:lang w:val="sk-SK"/>
        </w:rPr>
        <w:t xml:space="preserve"> za kus</w:t>
      </w:r>
      <w:r w:rsidR="005062B3">
        <w:rPr>
          <w:rFonts w:ascii="Arial" w:hAnsi="Arial" w:cs="Arial"/>
          <w:lang w:val="sk-SK"/>
        </w:rPr>
        <w:t>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 xml:space="preserve">Pri objednávkach </w:t>
      </w:r>
      <w:r w:rsidRPr="005062B3">
        <w:rPr>
          <w:rFonts w:ascii="Arial" w:hAnsi="Arial" w:cs="Arial"/>
          <w:b/>
          <w:bCs/>
          <w:lang w:val="sk-SK"/>
        </w:rPr>
        <w:t xml:space="preserve">nad 20 ks </w:t>
      </w:r>
      <w:r w:rsidRPr="005062B3">
        <w:rPr>
          <w:rFonts w:ascii="Arial" w:hAnsi="Arial" w:cs="Arial"/>
          <w:lang w:val="sk-SK"/>
        </w:rPr>
        <w:t xml:space="preserve">kníh je doprava na území Slovenskej republiky poskytovaná </w:t>
      </w:r>
      <w:r w:rsidRPr="005062B3">
        <w:rPr>
          <w:rFonts w:ascii="Arial" w:hAnsi="Arial" w:cs="Arial"/>
          <w:b/>
          <w:bCs/>
          <w:lang w:val="sk-SK"/>
        </w:rPr>
        <w:t>bezplatne</w:t>
      </w:r>
      <w:r w:rsidRPr="005062B3">
        <w:rPr>
          <w:rFonts w:ascii="Arial" w:hAnsi="Arial" w:cs="Arial"/>
          <w:lang w:val="sk-SK"/>
        </w:rPr>
        <w:t>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1</w:t>
      </w:r>
      <w:r w:rsidR="00B40420" w:rsidRPr="005062B3">
        <w:rPr>
          <w:rFonts w:ascii="Arial" w:hAnsi="Arial" w:cs="Arial"/>
          <w:lang w:val="sk-SK"/>
        </w:rPr>
        <w:t>5</w:t>
      </w:r>
      <w:r w:rsidRPr="005062B3">
        <w:rPr>
          <w:rFonts w:ascii="Arial" w:hAnsi="Arial" w:cs="Arial"/>
          <w:b/>
          <w:bCs/>
          <w:lang w:val="sk-SK"/>
        </w:rPr>
        <w:t>. Doručenie kníh</w:t>
      </w:r>
      <w:r w:rsidRPr="005062B3">
        <w:rPr>
          <w:rFonts w:ascii="Arial" w:hAnsi="Arial" w:cs="Arial"/>
          <w:lang w:val="sk-SK"/>
        </w:rPr>
        <w:br/>
        <w:t xml:space="preserve">Knihy budú doručované hromadne na adresu </w:t>
      </w:r>
      <w:r w:rsidR="001F10C9" w:rsidRPr="005062B3">
        <w:rPr>
          <w:rFonts w:ascii="Arial" w:hAnsi="Arial" w:cs="Arial"/>
          <w:lang w:val="sk-SK"/>
        </w:rPr>
        <w:t>zariadenia</w:t>
      </w:r>
      <w:r w:rsidRPr="005062B3">
        <w:rPr>
          <w:rFonts w:ascii="Arial" w:hAnsi="Arial" w:cs="Arial"/>
          <w:lang w:val="sk-SK"/>
        </w:rPr>
        <w:t xml:space="preserve"> uvedenú v objednávke.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1</w:t>
      </w:r>
      <w:r w:rsidR="00B40420" w:rsidRPr="005062B3">
        <w:rPr>
          <w:rFonts w:ascii="Arial" w:hAnsi="Arial" w:cs="Arial"/>
          <w:lang w:val="sk-SK"/>
        </w:rPr>
        <w:t>6</w:t>
      </w:r>
      <w:r w:rsidRPr="005062B3">
        <w:rPr>
          <w:rFonts w:ascii="Arial" w:hAnsi="Arial" w:cs="Arial"/>
          <w:lang w:val="sk-SK"/>
        </w:rPr>
        <w:t xml:space="preserve">. </w:t>
      </w:r>
      <w:r w:rsidRPr="005062B3">
        <w:rPr>
          <w:rFonts w:ascii="Arial" w:hAnsi="Arial" w:cs="Arial"/>
          <w:b/>
          <w:bCs/>
          <w:lang w:val="sk-SK"/>
        </w:rPr>
        <w:t>Fotografovanie a marketingové použitie</w:t>
      </w:r>
      <w:r w:rsidRPr="005062B3">
        <w:rPr>
          <w:rFonts w:ascii="Arial" w:hAnsi="Arial" w:cs="Arial"/>
          <w:lang w:val="sk-SK"/>
        </w:rPr>
        <w:br/>
        <w:t>Organizátor môže počas odovzdania výhier alebo zážitkového pečenia vytvárať fotografický, obrazový alebo video záznam za účelom propagácie projektu.</w:t>
      </w:r>
    </w:p>
    <w:p w14:paraId="795E6C6A" w14:textId="0160FD75" w:rsidR="002D215F" w:rsidRPr="005062B3" w:rsidRDefault="002D215F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Zariadenie zodpovedá za zabezpečenie potrebných súhlasov zákonných zástupcov detí, ak sú podľa platných právnych predpisov potrebné.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1</w:t>
      </w:r>
      <w:r w:rsidR="00B40420" w:rsidRPr="005062B3">
        <w:rPr>
          <w:rFonts w:ascii="Arial" w:hAnsi="Arial" w:cs="Arial"/>
          <w:lang w:val="sk-SK"/>
        </w:rPr>
        <w:t>7</w:t>
      </w:r>
      <w:r w:rsidRPr="005062B3">
        <w:rPr>
          <w:rFonts w:ascii="Arial" w:hAnsi="Arial" w:cs="Arial"/>
          <w:lang w:val="sk-SK"/>
        </w:rPr>
        <w:t xml:space="preserve">. </w:t>
      </w:r>
      <w:r w:rsidRPr="005062B3">
        <w:rPr>
          <w:rFonts w:ascii="Arial" w:hAnsi="Arial" w:cs="Arial"/>
          <w:b/>
          <w:bCs/>
          <w:lang w:val="sk-SK"/>
        </w:rPr>
        <w:t>Storno objednávky a odstúpenie od objednávky</w:t>
      </w:r>
      <w:r w:rsidRPr="005062B3">
        <w:rPr>
          <w:rFonts w:ascii="Arial" w:hAnsi="Arial" w:cs="Arial"/>
          <w:lang w:val="sk-SK"/>
        </w:rPr>
        <w:br/>
        <w:t xml:space="preserve">Objednávateľ môže požiadať </w:t>
      </w:r>
      <w:r w:rsidR="006F687A" w:rsidRPr="005062B3">
        <w:rPr>
          <w:rFonts w:ascii="Arial" w:hAnsi="Arial" w:cs="Arial"/>
          <w:lang w:val="sk-SK"/>
        </w:rPr>
        <w:t xml:space="preserve">písomne na info@petratothova.com </w:t>
      </w:r>
      <w:r w:rsidRPr="005062B3">
        <w:rPr>
          <w:rFonts w:ascii="Arial" w:hAnsi="Arial" w:cs="Arial"/>
          <w:lang w:val="sk-SK"/>
        </w:rPr>
        <w:t xml:space="preserve">o zrušenie </w:t>
      </w:r>
      <w:r w:rsidR="006F687A" w:rsidRPr="005062B3">
        <w:rPr>
          <w:rFonts w:ascii="Arial" w:hAnsi="Arial" w:cs="Arial"/>
          <w:lang w:val="sk-SK"/>
        </w:rPr>
        <w:t xml:space="preserve">alebo výraznú zmenu </w:t>
      </w:r>
      <w:r w:rsidRPr="005062B3">
        <w:rPr>
          <w:rFonts w:ascii="Arial" w:hAnsi="Arial" w:cs="Arial"/>
          <w:lang w:val="sk-SK"/>
        </w:rPr>
        <w:t>objednávky</w:t>
      </w:r>
      <w:r w:rsidR="006F687A" w:rsidRPr="005062B3">
        <w:rPr>
          <w:rFonts w:ascii="Arial" w:hAnsi="Arial" w:cs="Arial"/>
          <w:lang w:val="sk-SK"/>
        </w:rPr>
        <w:t xml:space="preserve">, najneskôr do 3.7. (vrátane). </w:t>
      </w:r>
      <w:r w:rsidRPr="005062B3">
        <w:rPr>
          <w:rFonts w:ascii="Arial" w:hAnsi="Arial" w:cs="Arial"/>
          <w:lang w:val="sk-SK"/>
        </w:rPr>
        <w:t>Po tomto termíne už nie je možné objednávku zrušiť z dôvodu zadania objednávky do tlače.</w:t>
      </w:r>
    </w:p>
    <w:p w14:paraId="0E88F1A1" w14:textId="24234836" w:rsidR="003309E9" w:rsidRPr="005062B3" w:rsidRDefault="00000000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br/>
        <w:t>1</w:t>
      </w:r>
      <w:r w:rsidR="00B40420" w:rsidRPr="005062B3">
        <w:rPr>
          <w:rFonts w:ascii="Arial" w:hAnsi="Arial" w:cs="Arial"/>
          <w:lang w:val="sk-SK"/>
        </w:rPr>
        <w:t>8</w:t>
      </w:r>
      <w:r w:rsidRPr="005062B3">
        <w:rPr>
          <w:rFonts w:ascii="Arial" w:hAnsi="Arial" w:cs="Arial"/>
          <w:lang w:val="sk-SK"/>
        </w:rPr>
        <w:t xml:space="preserve">. </w:t>
      </w:r>
      <w:r w:rsidRPr="005062B3">
        <w:rPr>
          <w:rFonts w:ascii="Arial" w:hAnsi="Arial" w:cs="Arial"/>
          <w:b/>
          <w:bCs/>
          <w:lang w:val="sk-SK"/>
        </w:rPr>
        <w:t>Ochrana osobných údajov</w:t>
      </w:r>
      <w:r w:rsidRPr="005062B3">
        <w:rPr>
          <w:rFonts w:ascii="Arial" w:hAnsi="Arial" w:cs="Arial"/>
          <w:lang w:val="sk-SK"/>
        </w:rPr>
        <w:br/>
        <w:t>Organizátor spracúva osobné údaje v súlade s GDPR a zákonom č. 18/2018 Z. z. o ochrane osobných údajov.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</w:r>
      <w:r w:rsidR="00B40420" w:rsidRPr="005062B3">
        <w:rPr>
          <w:rFonts w:ascii="Arial" w:hAnsi="Arial" w:cs="Arial"/>
          <w:lang w:val="sk-SK"/>
        </w:rPr>
        <w:t>19</w:t>
      </w:r>
      <w:r w:rsidRPr="005062B3">
        <w:rPr>
          <w:rFonts w:ascii="Arial" w:hAnsi="Arial" w:cs="Arial"/>
          <w:lang w:val="sk-SK"/>
        </w:rPr>
        <w:t xml:space="preserve">. </w:t>
      </w:r>
      <w:r w:rsidRPr="005062B3">
        <w:rPr>
          <w:rFonts w:ascii="Arial" w:hAnsi="Arial" w:cs="Arial"/>
          <w:b/>
          <w:bCs/>
          <w:lang w:val="sk-SK"/>
        </w:rPr>
        <w:t>Daňové a právne podmienky</w:t>
      </w:r>
      <w:r w:rsidRPr="005062B3">
        <w:rPr>
          <w:rFonts w:ascii="Arial" w:hAnsi="Arial" w:cs="Arial"/>
          <w:b/>
          <w:bCs/>
          <w:lang w:val="sk-SK"/>
        </w:rPr>
        <w:br/>
      </w:r>
      <w:r w:rsidRPr="005062B3">
        <w:rPr>
          <w:rFonts w:ascii="Arial" w:hAnsi="Arial" w:cs="Arial"/>
          <w:lang w:val="sk-SK"/>
        </w:rPr>
        <w:t>Daňové povinnosti súvisiace s výhrami sa riadia platnými právnymi predpismi Slovenskej republiky.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2</w:t>
      </w:r>
      <w:r w:rsidR="00B40420" w:rsidRPr="005062B3">
        <w:rPr>
          <w:rFonts w:ascii="Arial" w:hAnsi="Arial" w:cs="Arial"/>
          <w:lang w:val="sk-SK"/>
        </w:rPr>
        <w:t>0</w:t>
      </w:r>
      <w:r w:rsidRPr="005062B3">
        <w:rPr>
          <w:rFonts w:ascii="Arial" w:hAnsi="Arial" w:cs="Arial"/>
          <w:lang w:val="sk-SK"/>
        </w:rPr>
        <w:t xml:space="preserve">. </w:t>
      </w:r>
      <w:r w:rsidRPr="005062B3">
        <w:rPr>
          <w:rFonts w:ascii="Arial" w:hAnsi="Arial" w:cs="Arial"/>
          <w:b/>
          <w:bCs/>
          <w:lang w:val="sk-SK"/>
        </w:rPr>
        <w:t>Reklamácie a námietky</w:t>
      </w:r>
      <w:r w:rsidRPr="005062B3">
        <w:rPr>
          <w:rFonts w:ascii="Arial" w:hAnsi="Arial" w:cs="Arial"/>
          <w:lang w:val="sk-SK"/>
        </w:rPr>
        <w:br/>
        <w:t>Prípadné reklamácie alebo námietky je možné zaslať písomne na e-mail organizátora</w:t>
      </w:r>
      <w:r w:rsidR="006F687A" w:rsidRPr="005062B3">
        <w:rPr>
          <w:rFonts w:ascii="Arial" w:hAnsi="Arial" w:cs="Arial"/>
          <w:lang w:val="sk-SK"/>
        </w:rPr>
        <w:t xml:space="preserve"> info@petratothova.com</w:t>
      </w:r>
      <w:r w:rsidRPr="005062B3">
        <w:rPr>
          <w:rFonts w:ascii="Arial" w:hAnsi="Arial" w:cs="Arial"/>
          <w:lang w:val="sk-SK"/>
        </w:rPr>
        <w:t>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2</w:t>
      </w:r>
      <w:r w:rsidR="00B40420" w:rsidRPr="005062B3">
        <w:rPr>
          <w:rFonts w:ascii="Arial" w:hAnsi="Arial" w:cs="Arial"/>
          <w:lang w:val="sk-SK"/>
        </w:rPr>
        <w:t>1</w:t>
      </w:r>
      <w:r w:rsidRPr="005062B3">
        <w:rPr>
          <w:rFonts w:ascii="Arial" w:hAnsi="Arial" w:cs="Arial"/>
          <w:lang w:val="sk-SK"/>
        </w:rPr>
        <w:t xml:space="preserve">. </w:t>
      </w:r>
      <w:r w:rsidRPr="005062B3">
        <w:rPr>
          <w:rFonts w:ascii="Arial" w:hAnsi="Arial" w:cs="Arial"/>
          <w:b/>
          <w:bCs/>
          <w:lang w:val="sk-SK"/>
        </w:rPr>
        <w:t>Vylúčenie zo súťaže</w:t>
      </w:r>
      <w:r w:rsidRPr="005062B3">
        <w:rPr>
          <w:rFonts w:ascii="Arial" w:hAnsi="Arial" w:cs="Arial"/>
          <w:lang w:val="sk-SK"/>
        </w:rPr>
        <w:br/>
        <w:t>Organizátor si vyhradzuje právo vylúčiť zo súťaže subjekt, ktorý poruší pravidlá súťaže.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2</w:t>
      </w:r>
      <w:r w:rsidR="00B40420" w:rsidRPr="005062B3">
        <w:rPr>
          <w:rFonts w:ascii="Arial" w:hAnsi="Arial" w:cs="Arial"/>
          <w:lang w:val="sk-SK"/>
        </w:rPr>
        <w:t>2</w:t>
      </w:r>
      <w:r w:rsidRPr="005062B3">
        <w:rPr>
          <w:rFonts w:ascii="Arial" w:hAnsi="Arial" w:cs="Arial"/>
          <w:lang w:val="sk-SK"/>
        </w:rPr>
        <w:t xml:space="preserve">. </w:t>
      </w:r>
      <w:r w:rsidRPr="005062B3">
        <w:rPr>
          <w:rFonts w:ascii="Arial" w:hAnsi="Arial" w:cs="Arial"/>
          <w:b/>
          <w:bCs/>
          <w:lang w:val="sk-SK"/>
        </w:rPr>
        <w:t>Vyššia moc</w:t>
      </w:r>
      <w:r w:rsidRPr="005062B3">
        <w:rPr>
          <w:rFonts w:ascii="Arial" w:hAnsi="Arial" w:cs="Arial"/>
          <w:lang w:val="sk-SK"/>
        </w:rPr>
        <w:br/>
        <w:t>Organizátor nezodpovedá za nemožnosť realizácie výhier alebo priebehu súťaže z dôvodov vyššej moci.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2</w:t>
      </w:r>
      <w:r w:rsidR="00B40420" w:rsidRPr="005062B3">
        <w:rPr>
          <w:rFonts w:ascii="Arial" w:hAnsi="Arial" w:cs="Arial"/>
          <w:lang w:val="sk-SK"/>
        </w:rPr>
        <w:t>3</w:t>
      </w:r>
      <w:r w:rsidRPr="005062B3">
        <w:rPr>
          <w:rFonts w:ascii="Arial" w:hAnsi="Arial" w:cs="Arial"/>
          <w:lang w:val="sk-SK"/>
        </w:rPr>
        <w:t xml:space="preserve">. </w:t>
      </w:r>
      <w:r w:rsidRPr="005062B3">
        <w:rPr>
          <w:rFonts w:ascii="Arial" w:hAnsi="Arial" w:cs="Arial"/>
          <w:b/>
          <w:bCs/>
          <w:lang w:val="sk-SK"/>
        </w:rPr>
        <w:t>Zodpovednosť organizátora</w:t>
      </w:r>
      <w:r w:rsidRPr="005062B3">
        <w:rPr>
          <w:rFonts w:ascii="Arial" w:hAnsi="Arial" w:cs="Arial"/>
          <w:lang w:val="sk-SK"/>
        </w:rPr>
        <w:br/>
        <w:t>Organizátor nezodpovedá za technické problémy pri odosielaní objednávok.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2</w:t>
      </w:r>
      <w:r w:rsidR="00B40420" w:rsidRPr="005062B3">
        <w:rPr>
          <w:rFonts w:ascii="Arial" w:hAnsi="Arial" w:cs="Arial"/>
          <w:lang w:val="sk-SK"/>
        </w:rPr>
        <w:t>4</w:t>
      </w:r>
      <w:r w:rsidRPr="005062B3">
        <w:rPr>
          <w:rFonts w:ascii="Arial" w:hAnsi="Arial" w:cs="Arial"/>
          <w:lang w:val="sk-SK"/>
        </w:rPr>
        <w:t xml:space="preserve">. </w:t>
      </w:r>
      <w:r w:rsidRPr="005062B3">
        <w:rPr>
          <w:rFonts w:ascii="Arial" w:hAnsi="Arial" w:cs="Arial"/>
          <w:b/>
          <w:bCs/>
          <w:lang w:val="sk-SK"/>
        </w:rPr>
        <w:t>Rozhodné právo</w:t>
      </w:r>
      <w:r w:rsidRPr="005062B3">
        <w:rPr>
          <w:rFonts w:ascii="Arial" w:hAnsi="Arial" w:cs="Arial"/>
          <w:lang w:val="sk-SK"/>
        </w:rPr>
        <w:br/>
        <w:t>Právne vzťahy neupravené týmito pravidlami sa riadia právnym poriadkom Slovenskej republiky</w:t>
      </w:r>
      <w:r w:rsidR="00B454C0" w:rsidRPr="005062B3">
        <w:rPr>
          <w:rFonts w:ascii="Arial" w:hAnsi="Arial" w:cs="Arial"/>
          <w:lang w:val="sk-SK"/>
        </w:rPr>
        <w:t>.</w:t>
      </w:r>
      <w:r w:rsidR="003309E9" w:rsidRPr="005062B3">
        <w:rPr>
          <w:rFonts w:ascii="Arial" w:hAnsi="Arial" w:cs="Arial"/>
          <w:lang w:val="sk-SK"/>
        </w:rPr>
        <w:t xml:space="preserve"> </w:t>
      </w:r>
    </w:p>
    <w:p w14:paraId="43845C50" w14:textId="77777777" w:rsidR="003309E9" w:rsidRPr="005062B3" w:rsidRDefault="003309E9" w:rsidP="00675B8F">
      <w:pPr>
        <w:spacing w:after="0"/>
        <w:rPr>
          <w:rFonts w:ascii="Arial" w:hAnsi="Arial" w:cs="Arial"/>
          <w:lang w:val="sk-SK"/>
        </w:rPr>
      </w:pPr>
    </w:p>
    <w:p w14:paraId="407DE829" w14:textId="77777777" w:rsidR="003309E9" w:rsidRPr="005062B3" w:rsidRDefault="003309E9" w:rsidP="003309E9">
      <w:pPr>
        <w:spacing w:after="0"/>
        <w:rPr>
          <w:rFonts w:ascii="Arial" w:hAnsi="Arial" w:cs="Arial"/>
          <w:b/>
          <w:bCs/>
          <w:lang w:val="sk-SK"/>
        </w:rPr>
      </w:pPr>
      <w:r w:rsidRPr="005062B3">
        <w:rPr>
          <w:rFonts w:ascii="Arial" w:hAnsi="Arial" w:cs="Arial"/>
          <w:lang w:val="sk-SK"/>
        </w:rPr>
        <w:t>25.</w:t>
      </w:r>
      <w:r w:rsidRPr="005062B3">
        <w:rPr>
          <w:rFonts w:ascii="Arial" w:hAnsi="Arial" w:cs="Arial"/>
          <w:b/>
          <w:bCs/>
          <w:lang w:val="sk-SK"/>
        </w:rPr>
        <w:t xml:space="preserve"> Súvisiace dokumenty a podmienky e-shopu</w:t>
      </w:r>
    </w:p>
    <w:p w14:paraId="39404D07" w14:textId="77777777" w:rsidR="003309E9" w:rsidRPr="005062B3" w:rsidRDefault="003309E9" w:rsidP="003309E9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 xml:space="preserve">Na právne vzťahy súvisiace s objednávkou knihy, ktoré nie sú upravené týmito pravidlami súťaže, sa vzťahujú obchodné podmienky, reklamačný poriadok a zásady ochrany osobných údajov zverejnené na webovej stránke organizátora </w:t>
      </w:r>
      <w:hyperlink r:id="rId6" w:tgtFrame="_new" w:history="1">
        <w:r w:rsidRPr="005062B3">
          <w:rPr>
            <w:rStyle w:val="Hypertextovprepojenie"/>
            <w:rFonts w:ascii="Arial" w:hAnsi="Arial" w:cs="Arial"/>
            <w:lang w:val="sk-SK"/>
          </w:rPr>
          <w:t>www.petratothova.com</w:t>
        </w:r>
      </w:hyperlink>
      <w:r w:rsidRPr="005062B3">
        <w:rPr>
          <w:rFonts w:ascii="Arial" w:hAnsi="Arial" w:cs="Arial"/>
          <w:lang w:val="sk-SK"/>
        </w:rPr>
        <w:t>.</w:t>
      </w:r>
    </w:p>
    <w:p w14:paraId="71661AB3" w14:textId="77777777" w:rsidR="00584374" w:rsidRPr="005062B3" w:rsidRDefault="00584374" w:rsidP="003309E9">
      <w:pPr>
        <w:spacing w:after="0"/>
        <w:rPr>
          <w:rFonts w:ascii="Arial" w:hAnsi="Arial" w:cs="Arial"/>
          <w:lang w:val="sk-SK"/>
        </w:rPr>
      </w:pPr>
    </w:p>
    <w:p w14:paraId="2E92A458" w14:textId="36D630A1" w:rsidR="00584374" w:rsidRPr="005062B3" w:rsidRDefault="00584374" w:rsidP="003309E9">
      <w:pPr>
        <w:spacing w:after="0"/>
        <w:rPr>
          <w:rFonts w:ascii="Arial" w:hAnsi="Arial" w:cs="Arial"/>
          <w:b/>
          <w:bCs/>
          <w:lang w:val="sk-SK"/>
        </w:rPr>
      </w:pPr>
      <w:r w:rsidRPr="005062B3">
        <w:rPr>
          <w:rFonts w:ascii="Arial" w:hAnsi="Arial" w:cs="Arial"/>
          <w:lang w:val="sk-SK"/>
        </w:rPr>
        <w:t xml:space="preserve">26. </w:t>
      </w:r>
      <w:r w:rsidRPr="005062B3">
        <w:rPr>
          <w:rFonts w:ascii="Arial" w:hAnsi="Arial" w:cs="Arial"/>
          <w:b/>
          <w:bCs/>
          <w:lang w:val="sk-SK"/>
        </w:rPr>
        <w:t>Osobitné ustanovenia</w:t>
      </w:r>
    </w:p>
    <w:p w14:paraId="074E385D" w14:textId="77777777" w:rsidR="00584374" w:rsidRPr="005062B3" w:rsidRDefault="00584374" w:rsidP="003309E9">
      <w:pPr>
        <w:spacing w:after="0"/>
        <w:rPr>
          <w:rFonts w:ascii="Arial" w:hAnsi="Arial" w:cs="Arial"/>
          <w:lang w:val="sk-SK"/>
        </w:rPr>
      </w:pPr>
    </w:p>
    <w:p w14:paraId="706AEB8E" w14:textId="06A07CE5" w:rsidR="00584374" w:rsidRPr="005062B3" w:rsidRDefault="00584374" w:rsidP="003309E9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Organizátor si vyhradzuje právo upraviť formu alebo termín realizácie výhry z dôvodu pracovných, zdravotných alebo iných nepredvídateľných okolností.</w:t>
      </w:r>
    </w:p>
    <w:p w14:paraId="3A1F9BAB" w14:textId="77777777" w:rsidR="00584374" w:rsidRPr="005062B3" w:rsidRDefault="00584374" w:rsidP="003309E9">
      <w:pPr>
        <w:spacing w:after="0"/>
        <w:rPr>
          <w:rFonts w:ascii="Arial" w:hAnsi="Arial" w:cs="Arial"/>
          <w:lang w:val="sk-SK"/>
        </w:rPr>
      </w:pPr>
    </w:p>
    <w:p w14:paraId="4830FBC4" w14:textId="32407E26" w:rsidR="00584374" w:rsidRPr="005062B3" w:rsidRDefault="00584374" w:rsidP="003309E9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Organizátor si vyhradzuje právo tieto pravidlá meniť, dopĺňať alebo súťaž predčasne ukončiť z organizačných alebo technických dôvodov.</w:t>
      </w:r>
    </w:p>
    <w:p w14:paraId="1402D6DC" w14:textId="77777777" w:rsidR="00584374" w:rsidRPr="005062B3" w:rsidRDefault="00584374" w:rsidP="003309E9">
      <w:pPr>
        <w:spacing w:after="0"/>
        <w:rPr>
          <w:rFonts w:ascii="Arial" w:hAnsi="Arial" w:cs="Arial"/>
          <w:lang w:val="sk-SK"/>
        </w:rPr>
      </w:pPr>
    </w:p>
    <w:p w14:paraId="3D105FEA" w14:textId="3444E47E" w:rsidR="00584374" w:rsidRPr="005062B3" w:rsidRDefault="00584374" w:rsidP="003309E9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Organizátor si vyhradzuje právo vyradiť zariadenie zo súťaže v prípade uvedenia nepravdivých alebo zavádzajúcich údajov.</w:t>
      </w:r>
    </w:p>
    <w:p w14:paraId="39A9ADBF" w14:textId="77777777" w:rsidR="00584374" w:rsidRPr="005062B3" w:rsidRDefault="00584374" w:rsidP="003309E9">
      <w:pPr>
        <w:spacing w:after="0"/>
        <w:rPr>
          <w:rFonts w:ascii="Arial" w:hAnsi="Arial" w:cs="Arial"/>
          <w:lang w:val="sk-SK"/>
        </w:rPr>
      </w:pPr>
    </w:p>
    <w:p w14:paraId="3B7955FF" w14:textId="035AB09F" w:rsidR="00584374" w:rsidRPr="005062B3" w:rsidRDefault="00584374" w:rsidP="003309E9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t>Organizátor si vyhradzuje právo upraviť termín dodania z dôvodu výrobných, logistických alebo iných nepredvídateľných okolností.</w:t>
      </w:r>
    </w:p>
    <w:p w14:paraId="29F38375" w14:textId="495E8B03" w:rsidR="00726076" w:rsidRPr="005062B3" w:rsidRDefault="00000000" w:rsidP="00675B8F">
      <w:pPr>
        <w:spacing w:after="0"/>
        <w:rPr>
          <w:rFonts w:ascii="Arial" w:hAnsi="Arial" w:cs="Arial"/>
          <w:lang w:val="sk-SK"/>
        </w:rPr>
      </w:pPr>
      <w:r w:rsidRPr="005062B3">
        <w:rPr>
          <w:rFonts w:ascii="Arial" w:hAnsi="Arial" w:cs="Arial"/>
          <w:lang w:val="sk-SK"/>
        </w:rPr>
        <w:br/>
        <w:t>2</w:t>
      </w:r>
      <w:r w:rsidR="00584374" w:rsidRPr="005062B3">
        <w:rPr>
          <w:rFonts w:ascii="Arial" w:hAnsi="Arial" w:cs="Arial"/>
          <w:lang w:val="sk-SK"/>
        </w:rPr>
        <w:t>7</w:t>
      </w:r>
      <w:r w:rsidRPr="005062B3">
        <w:rPr>
          <w:rFonts w:ascii="Arial" w:hAnsi="Arial" w:cs="Arial"/>
          <w:lang w:val="sk-SK"/>
        </w:rPr>
        <w:t xml:space="preserve">. </w:t>
      </w:r>
      <w:r w:rsidRPr="005062B3">
        <w:rPr>
          <w:rFonts w:ascii="Arial" w:hAnsi="Arial" w:cs="Arial"/>
          <w:b/>
          <w:bCs/>
          <w:lang w:val="sk-SK"/>
        </w:rPr>
        <w:t>Záverečné ustanovenia</w:t>
      </w:r>
      <w:r w:rsidRPr="005062B3">
        <w:rPr>
          <w:rFonts w:ascii="Arial" w:hAnsi="Arial" w:cs="Arial"/>
          <w:lang w:val="sk-SK"/>
        </w:rPr>
        <w:br/>
        <w:t xml:space="preserve">Tieto pravidlá nadobúdajú účinnosť dňa </w:t>
      </w:r>
      <w:r w:rsidR="006F687A" w:rsidRPr="005062B3">
        <w:rPr>
          <w:rFonts w:ascii="Arial" w:hAnsi="Arial" w:cs="Arial"/>
          <w:lang w:val="sk-SK"/>
        </w:rPr>
        <w:t>2</w:t>
      </w:r>
      <w:r w:rsidR="004E7CD8" w:rsidRPr="005062B3">
        <w:rPr>
          <w:rFonts w:ascii="Arial" w:hAnsi="Arial" w:cs="Arial"/>
          <w:lang w:val="sk-SK"/>
        </w:rPr>
        <w:t>5</w:t>
      </w:r>
      <w:r w:rsidR="006F687A" w:rsidRPr="005062B3">
        <w:rPr>
          <w:rFonts w:ascii="Arial" w:hAnsi="Arial" w:cs="Arial"/>
          <w:lang w:val="sk-SK"/>
        </w:rPr>
        <w:t>.5</w:t>
      </w:r>
      <w:r w:rsidRPr="005062B3">
        <w:rPr>
          <w:rFonts w:ascii="Arial" w:hAnsi="Arial" w:cs="Arial"/>
          <w:lang w:val="sk-SK"/>
        </w:rPr>
        <w:t>. 2026.</w:t>
      </w:r>
      <w:r w:rsidRPr="005062B3">
        <w:rPr>
          <w:rFonts w:ascii="Arial" w:hAnsi="Arial" w:cs="Arial"/>
          <w:lang w:val="sk-SK"/>
        </w:rPr>
        <w:br/>
      </w:r>
      <w:r w:rsidRPr="005062B3">
        <w:rPr>
          <w:rFonts w:ascii="Arial" w:hAnsi="Arial" w:cs="Arial"/>
          <w:lang w:val="sk-SK"/>
        </w:rPr>
        <w:br/>
        <w:t>Odoslaním objednávky škola alebo škôlka potvrdzuje, že sa oboznámila s týmito podmienkami a pravidlami súťaže a v plnom rozsahu s nimi súhlasí.</w:t>
      </w:r>
      <w:r w:rsidRPr="005062B3">
        <w:rPr>
          <w:rFonts w:ascii="Arial" w:hAnsi="Arial" w:cs="Arial"/>
          <w:lang w:val="sk-SK"/>
        </w:rPr>
        <w:br/>
      </w:r>
    </w:p>
    <w:p w14:paraId="75427AC3" w14:textId="77777777" w:rsidR="00675B8F" w:rsidRPr="00675B8F" w:rsidRDefault="00675B8F">
      <w:pPr>
        <w:ind w:left="360"/>
        <w:rPr>
          <w:rFonts w:ascii="Arial" w:hAnsi="Arial" w:cs="Arial"/>
        </w:rPr>
      </w:pPr>
    </w:p>
    <w:sectPr w:rsidR="00675B8F" w:rsidRPr="00675B8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1EC0926"/>
    <w:multiLevelType w:val="hybridMultilevel"/>
    <w:tmpl w:val="D2209698"/>
    <w:lvl w:ilvl="0" w:tplc="9B08189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7F30E2"/>
    <w:multiLevelType w:val="multilevel"/>
    <w:tmpl w:val="0C8E0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781D99"/>
    <w:multiLevelType w:val="multilevel"/>
    <w:tmpl w:val="3D3CA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0E231F"/>
    <w:multiLevelType w:val="hybridMultilevel"/>
    <w:tmpl w:val="3ACE498A"/>
    <w:lvl w:ilvl="0" w:tplc="C91A747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4297962">
    <w:abstractNumId w:val="8"/>
  </w:num>
  <w:num w:numId="2" w16cid:durableId="101999564">
    <w:abstractNumId w:val="6"/>
  </w:num>
  <w:num w:numId="3" w16cid:durableId="2065136163">
    <w:abstractNumId w:val="5"/>
  </w:num>
  <w:num w:numId="4" w16cid:durableId="1199127152">
    <w:abstractNumId w:val="4"/>
  </w:num>
  <w:num w:numId="5" w16cid:durableId="569460316">
    <w:abstractNumId w:val="7"/>
  </w:num>
  <w:num w:numId="6" w16cid:durableId="285475305">
    <w:abstractNumId w:val="3"/>
  </w:num>
  <w:num w:numId="7" w16cid:durableId="580411090">
    <w:abstractNumId w:val="2"/>
  </w:num>
  <w:num w:numId="8" w16cid:durableId="577860040">
    <w:abstractNumId w:val="1"/>
  </w:num>
  <w:num w:numId="9" w16cid:durableId="285551382">
    <w:abstractNumId w:val="0"/>
  </w:num>
  <w:num w:numId="10" w16cid:durableId="1235505399">
    <w:abstractNumId w:val="12"/>
  </w:num>
  <w:num w:numId="11" w16cid:durableId="1244754372">
    <w:abstractNumId w:val="9"/>
  </w:num>
  <w:num w:numId="12" w16cid:durableId="1161047359">
    <w:abstractNumId w:val="10"/>
  </w:num>
  <w:num w:numId="13" w16cid:durableId="17337001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671F"/>
    <w:rsid w:val="000B339E"/>
    <w:rsid w:val="0015074B"/>
    <w:rsid w:val="001F10C9"/>
    <w:rsid w:val="0029639D"/>
    <w:rsid w:val="002D215F"/>
    <w:rsid w:val="00326F90"/>
    <w:rsid w:val="003309E9"/>
    <w:rsid w:val="004D6C86"/>
    <w:rsid w:val="004E7CD8"/>
    <w:rsid w:val="005062B3"/>
    <w:rsid w:val="00584374"/>
    <w:rsid w:val="00675B8F"/>
    <w:rsid w:val="006F687A"/>
    <w:rsid w:val="00726076"/>
    <w:rsid w:val="00A20FCA"/>
    <w:rsid w:val="00AA1D8D"/>
    <w:rsid w:val="00B40420"/>
    <w:rsid w:val="00B454C0"/>
    <w:rsid w:val="00B47730"/>
    <w:rsid w:val="00CB0664"/>
    <w:rsid w:val="00F1512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1B8F56"/>
  <w14:defaultImageDpi w14:val="300"/>
  <w15:docId w15:val="{AEAFB3D5-C501-48D4-925A-B7CCF4D87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C693F"/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lnywebov">
    <w:name w:val="Normal (Web)"/>
    <w:basedOn w:val="Normlny"/>
    <w:uiPriority w:val="99"/>
    <w:semiHidden/>
    <w:unhideWhenUsed/>
    <w:rsid w:val="006F687A"/>
    <w:rPr>
      <w:rFonts w:ascii="Times New Roman" w:hAnsi="Times New Roman" w:cs="Times New Roman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3309E9"/>
    <w:rPr>
      <w:color w:val="0000FF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3309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etratothova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1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6611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Peťa</cp:lastModifiedBy>
  <cp:revision>7</cp:revision>
  <dcterms:created xsi:type="dcterms:W3CDTF">2013-12-23T23:15:00Z</dcterms:created>
  <dcterms:modified xsi:type="dcterms:W3CDTF">2026-05-22T14:14:00Z</dcterms:modified>
  <cp:category/>
</cp:coreProperties>
</file>